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7D26" w:rsidRPr="00CB6A64" w:rsidRDefault="00000000" w:rsidP="00CB6A64">
      <w:pPr>
        <w:pStyle w:val="Heading1"/>
        <w:spacing w:line="360" w:lineRule="auto"/>
        <w:jc w:val="center"/>
        <w:rPr>
          <w:rFonts w:ascii="Times New Roman" w:hAnsi="Times New Roman" w:cs="Times New Roman"/>
        </w:rPr>
      </w:pPr>
      <w:r w:rsidRPr="00CB6A64">
        <w:rPr>
          <w:rFonts w:ascii="Times New Roman" w:hAnsi="Times New Roman" w:cs="Times New Roman"/>
        </w:rPr>
        <w:t>FORM ĐĂNG KÝ NHẬN MIỄN PHÍ SẢN PHẨM KIỂM SOÁT RUỒI, MUỖI VÀ CÔN TRÙNG KINGVINA</w:t>
      </w:r>
      <w:r w:rsidR="00CB6A64">
        <w:rPr>
          <w:rFonts w:ascii="Times New Roman" w:hAnsi="Times New Roman" w:cs="Times New Roman"/>
        </w:rPr>
        <w:br/>
      </w:r>
    </w:p>
    <w:p w:rsidR="00B07D26" w:rsidRPr="00CB6A64" w:rsidRDefault="00000000" w:rsidP="00CB6A64">
      <w:pPr>
        <w:spacing w:line="360" w:lineRule="auto"/>
        <w:jc w:val="both"/>
        <w:rPr>
          <w:rFonts w:ascii="Times New Roman" w:hAnsi="Times New Roman" w:cs="Times New Roman"/>
        </w:rPr>
      </w:pPr>
      <w:r w:rsidRPr="00CB6A64">
        <w:rPr>
          <w:rFonts w:ascii="Times New Roman" w:hAnsi="Times New Roman" w:cs="Times New Roman"/>
        </w:rPr>
        <w:t>CHƯƠNG TRÌNH TRẢI NGHIỆM GIẢI PHÁP KIỂM SOÁT CÔN TRÙNG TRONG CHĂN NUÔI</w:t>
      </w:r>
      <w:r w:rsidRPr="00CB6A64">
        <w:rPr>
          <w:rFonts w:ascii="Times New Roman" w:hAnsi="Times New Roman" w:cs="Times New Roman"/>
        </w:rPr>
        <w:br/>
      </w:r>
      <w:r w:rsidRPr="00CB6A64">
        <w:rPr>
          <w:rFonts w:ascii="Times New Roman" w:hAnsi="Times New Roman" w:cs="Times New Roman"/>
          <w:b/>
        </w:rPr>
        <w:t>Kingvina dành tặng 100 trang trại đầu tiên đăng ký thành công.</w:t>
      </w:r>
    </w:p>
    <w:p w:rsidR="00B07D26" w:rsidRPr="00CB6A64" w:rsidRDefault="00000000" w:rsidP="00CB6A64">
      <w:pPr>
        <w:pStyle w:val="Heading2"/>
        <w:spacing w:line="360" w:lineRule="auto"/>
        <w:jc w:val="both"/>
        <w:rPr>
          <w:rFonts w:ascii="Times New Roman" w:hAnsi="Times New Roman" w:cs="Times New Roman"/>
        </w:rPr>
      </w:pPr>
      <w:r w:rsidRPr="00CB6A64">
        <w:rPr>
          <w:rFonts w:ascii="Times New Roman" w:hAnsi="Times New Roman" w:cs="Times New Roman"/>
        </w:rPr>
        <w:t>PHẦN I. THÔNG TIN NGƯỜI ĐĂNG KÝ</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1. Họ và tên người liên hệ: __________________________</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2. Chức vụ: </w:t>
      </w:r>
      <w:r w:rsidRPr="00CB6A64">
        <w:rPr>
          <w:rFonts w:ascii="Segoe UI Symbol" w:hAnsi="Segoe UI Symbol" w:cs="Segoe UI Symbol"/>
        </w:rPr>
        <w:t>☐</w:t>
      </w:r>
      <w:r w:rsidRPr="00CB6A64">
        <w:rPr>
          <w:rFonts w:ascii="Times New Roman" w:hAnsi="Times New Roman" w:cs="Times New Roman"/>
        </w:rPr>
        <w:t xml:space="preserve"> Chủ trang trại </w:t>
      </w:r>
      <w:r w:rsidRPr="00CB6A64">
        <w:rPr>
          <w:rFonts w:ascii="Segoe UI Symbol" w:hAnsi="Segoe UI Symbol" w:cs="Segoe UI Symbol"/>
        </w:rPr>
        <w:t>☐</w:t>
      </w:r>
      <w:r w:rsidRPr="00CB6A64">
        <w:rPr>
          <w:rFonts w:ascii="Times New Roman" w:hAnsi="Times New Roman" w:cs="Times New Roman"/>
        </w:rPr>
        <w:t xml:space="preserve"> Quản lý </w:t>
      </w:r>
      <w:r w:rsidRPr="00CB6A64">
        <w:rPr>
          <w:rFonts w:ascii="Segoe UI Symbol" w:hAnsi="Segoe UI Symbol" w:cs="Segoe UI Symbol"/>
        </w:rPr>
        <w:t>☐</w:t>
      </w:r>
      <w:r w:rsidRPr="00CB6A64">
        <w:rPr>
          <w:rFonts w:ascii="Times New Roman" w:hAnsi="Times New Roman" w:cs="Times New Roman"/>
        </w:rPr>
        <w:t xml:space="preserve"> Kỹ thuật </w:t>
      </w:r>
      <w:r w:rsidRPr="00CB6A64">
        <w:rPr>
          <w:rFonts w:ascii="Segoe UI Symbol" w:hAnsi="Segoe UI Symbol" w:cs="Segoe UI Symbol"/>
        </w:rPr>
        <w:t>☐</w:t>
      </w:r>
      <w:r w:rsidRPr="00CB6A64">
        <w:rPr>
          <w:rFonts w:ascii="Times New Roman" w:hAnsi="Times New Roman" w:cs="Times New Roman"/>
        </w:rPr>
        <w:t xml:space="preserve"> Khác: __________</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3. Số điện thoại: __________________________</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4. Email: __________________________</w:t>
      </w:r>
    </w:p>
    <w:p w:rsidR="00B07D26" w:rsidRPr="00CB6A64" w:rsidRDefault="00000000" w:rsidP="00CB6A64">
      <w:pPr>
        <w:pStyle w:val="Heading2"/>
        <w:spacing w:line="360" w:lineRule="auto"/>
        <w:jc w:val="both"/>
        <w:rPr>
          <w:rFonts w:ascii="Times New Roman" w:hAnsi="Times New Roman" w:cs="Times New Roman"/>
        </w:rPr>
      </w:pPr>
      <w:r w:rsidRPr="00CB6A64">
        <w:rPr>
          <w:rFonts w:ascii="Times New Roman" w:hAnsi="Times New Roman" w:cs="Times New Roman"/>
        </w:rPr>
        <w:t>PHẦN II. THÔNG TIN TRANG TRẠI</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5. Tên trang trại: __________________________</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6. Địa chỉ (Tỉnh/TP - Huyện - Xã): __________________________</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7. Loại hình chăn nuôi: </w:t>
      </w:r>
      <w:r w:rsidRPr="00CB6A64">
        <w:rPr>
          <w:rFonts w:ascii="Segoe UI Symbol" w:hAnsi="Segoe UI Symbol" w:cs="Segoe UI Symbol"/>
        </w:rPr>
        <w:t>☐</w:t>
      </w:r>
      <w:r w:rsidRPr="00CB6A64">
        <w:rPr>
          <w:rFonts w:ascii="Times New Roman" w:hAnsi="Times New Roman" w:cs="Times New Roman"/>
        </w:rPr>
        <w:t xml:space="preserve"> Gà thịt </w:t>
      </w:r>
      <w:r w:rsidRPr="00CB6A64">
        <w:rPr>
          <w:rFonts w:ascii="Segoe UI Symbol" w:hAnsi="Segoe UI Symbol" w:cs="Segoe UI Symbol"/>
        </w:rPr>
        <w:t>☐</w:t>
      </w:r>
      <w:r w:rsidRPr="00CB6A64">
        <w:rPr>
          <w:rFonts w:ascii="Times New Roman" w:hAnsi="Times New Roman" w:cs="Times New Roman"/>
        </w:rPr>
        <w:t xml:space="preserve"> Gà đẻ </w:t>
      </w:r>
      <w:r w:rsidRPr="00CB6A64">
        <w:rPr>
          <w:rFonts w:ascii="Segoe UI Symbol" w:hAnsi="Segoe UI Symbol" w:cs="Segoe UI Symbol"/>
        </w:rPr>
        <w:t>☐</w:t>
      </w:r>
      <w:r w:rsidRPr="00CB6A64">
        <w:rPr>
          <w:rFonts w:ascii="Times New Roman" w:hAnsi="Times New Roman" w:cs="Times New Roman"/>
        </w:rPr>
        <w:t xml:space="preserve"> Gà giống </w:t>
      </w:r>
      <w:r w:rsidRPr="00CB6A64">
        <w:rPr>
          <w:rFonts w:ascii="Segoe UI Symbol" w:hAnsi="Segoe UI Symbol" w:cs="Segoe UI Symbol"/>
        </w:rPr>
        <w:t>☐</w:t>
      </w:r>
      <w:r w:rsidRPr="00CB6A64">
        <w:rPr>
          <w:rFonts w:ascii="Times New Roman" w:hAnsi="Times New Roman" w:cs="Times New Roman"/>
        </w:rPr>
        <w:t xml:space="preserve"> Vịt </w:t>
      </w:r>
      <w:r w:rsidRPr="00CB6A64">
        <w:rPr>
          <w:rFonts w:ascii="Segoe UI Symbol" w:hAnsi="Segoe UI Symbol" w:cs="Segoe UI Symbol"/>
        </w:rPr>
        <w:t>☐</w:t>
      </w:r>
      <w:r w:rsidRPr="00CB6A64">
        <w:rPr>
          <w:rFonts w:ascii="Times New Roman" w:hAnsi="Times New Roman" w:cs="Times New Roman"/>
        </w:rPr>
        <w:t xml:space="preserve"> Heo </w:t>
      </w:r>
      <w:r w:rsidRPr="00CB6A64">
        <w:rPr>
          <w:rFonts w:ascii="Segoe UI Symbol" w:hAnsi="Segoe UI Symbol" w:cs="Segoe UI Symbol"/>
        </w:rPr>
        <w:t>☐</w:t>
      </w:r>
      <w:r w:rsidRPr="00CB6A64">
        <w:rPr>
          <w:rFonts w:ascii="Times New Roman" w:hAnsi="Times New Roman" w:cs="Times New Roman"/>
        </w:rPr>
        <w:t xml:space="preserve"> Bò sữa </w:t>
      </w:r>
      <w:r w:rsidRPr="00CB6A64">
        <w:rPr>
          <w:rFonts w:ascii="Segoe UI Symbol" w:hAnsi="Segoe UI Symbol" w:cs="Segoe UI Symbol"/>
        </w:rPr>
        <w:t>☐</w:t>
      </w:r>
      <w:r w:rsidRPr="00CB6A64">
        <w:rPr>
          <w:rFonts w:ascii="Times New Roman" w:hAnsi="Times New Roman" w:cs="Times New Roman"/>
        </w:rPr>
        <w:t xml:space="preserve"> Bò thịt </w:t>
      </w:r>
      <w:r w:rsidRPr="00CB6A64">
        <w:rPr>
          <w:rFonts w:ascii="Segoe UI Symbol" w:hAnsi="Segoe UI Symbol" w:cs="Segoe UI Symbol"/>
        </w:rPr>
        <w:t>☐</w:t>
      </w:r>
      <w:r w:rsidRPr="00CB6A64">
        <w:rPr>
          <w:rFonts w:ascii="Times New Roman" w:hAnsi="Times New Roman" w:cs="Times New Roman"/>
        </w:rPr>
        <w:t xml:space="preserve"> Dê </w:t>
      </w:r>
      <w:r w:rsidRPr="00CB6A64">
        <w:rPr>
          <w:rFonts w:ascii="Segoe UI Symbol" w:hAnsi="Segoe UI Symbol" w:cs="Segoe UI Symbol"/>
        </w:rPr>
        <w:t>☐</w:t>
      </w:r>
      <w:r w:rsidRPr="00CB6A64">
        <w:rPr>
          <w:rFonts w:ascii="Times New Roman" w:hAnsi="Times New Roman" w:cs="Times New Roman"/>
        </w:rPr>
        <w:t xml:space="preserve"> Khác: ______</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8. Quy mô đàn hiện nay: </w:t>
      </w:r>
      <w:r w:rsidRPr="00CB6A64">
        <w:rPr>
          <w:rFonts w:ascii="Segoe UI Symbol" w:hAnsi="Segoe UI Symbol" w:cs="Segoe UI Symbol"/>
        </w:rPr>
        <w:t>☐</w:t>
      </w:r>
      <w:r w:rsidRPr="00CB6A64">
        <w:rPr>
          <w:rFonts w:ascii="Times New Roman" w:hAnsi="Times New Roman" w:cs="Times New Roman"/>
        </w:rPr>
        <w:t xml:space="preserve"> &lt;1.000 </w:t>
      </w:r>
      <w:r w:rsidRPr="00CB6A64">
        <w:rPr>
          <w:rFonts w:ascii="Segoe UI Symbol" w:hAnsi="Segoe UI Symbol" w:cs="Segoe UI Symbol"/>
        </w:rPr>
        <w:t>☐</w:t>
      </w:r>
      <w:r w:rsidRPr="00CB6A64">
        <w:rPr>
          <w:rFonts w:ascii="Times New Roman" w:hAnsi="Times New Roman" w:cs="Times New Roman"/>
        </w:rPr>
        <w:t xml:space="preserve"> 1.000–5.000 </w:t>
      </w:r>
      <w:r w:rsidRPr="00CB6A64">
        <w:rPr>
          <w:rFonts w:ascii="Segoe UI Symbol" w:hAnsi="Segoe UI Symbol" w:cs="Segoe UI Symbol"/>
        </w:rPr>
        <w:t>☐</w:t>
      </w:r>
      <w:r w:rsidRPr="00CB6A64">
        <w:rPr>
          <w:rFonts w:ascii="Times New Roman" w:hAnsi="Times New Roman" w:cs="Times New Roman"/>
        </w:rPr>
        <w:t xml:space="preserve"> 5.000–20.000 </w:t>
      </w:r>
      <w:r w:rsidRPr="00CB6A64">
        <w:rPr>
          <w:rFonts w:ascii="Segoe UI Symbol" w:hAnsi="Segoe UI Symbol" w:cs="Segoe UI Symbol"/>
        </w:rPr>
        <w:t>☐</w:t>
      </w:r>
      <w:r w:rsidRPr="00CB6A64">
        <w:rPr>
          <w:rFonts w:ascii="Times New Roman" w:hAnsi="Times New Roman" w:cs="Times New Roman"/>
        </w:rPr>
        <w:t xml:space="preserve"> 20.000–50.000 </w:t>
      </w:r>
      <w:r w:rsidRPr="00CB6A64">
        <w:rPr>
          <w:rFonts w:ascii="Segoe UI Symbol" w:hAnsi="Segoe UI Symbol" w:cs="Segoe UI Symbol"/>
        </w:rPr>
        <w:t>☐</w:t>
      </w:r>
      <w:r w:rsidRPr="00CB6A64">
        <w:rPr>
          <w:rFonts w:ascii="Times New Roman" w:hAnsi="Times New Roman" w:cs="Times New Roman"/>
        </w:rPr>
        <w:t xml:space="preserve"> &gt;50.000</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9. Diện tích khu chăn nuôi: ________ m²</w:t>
      </w:r>
    </w:p>
    <w:p w:rsidR="00B07D26" w:rsidRPr="00CB6A64" w:rsidRDefault="00000000" w:rsidP="00CB6A64">
      <w:pPr>
        <w:pStyle w:val="Heading2"/>
        <w:spacing w:line="360" w:lineRule="auto"/>
        <w:jc w:val="both"/>
        <w:rPr>
          <w:rFonts w:ascii="Times New Roman" w:hAnsi="Times New Roman" w:cs="Times New Roman"/>
        </w:rPr>
      </w:pPr>
      <w:r w:rsidRPr="00CB6A64">
        <w:rPr>
          <w:rFonts w:ascii="Times New Roman" w:hAnsi="Times New Roman" w:cs="Times New Roman"/>
        </w:rPr>
        <w:t>PHẦN III. HIỆN TRẠNG CÔN TRÙNG</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10. Trang trại đang gặp vấn đề gì?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Ruồi</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Muỗi</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Giòi </w:t>
      </w:r>
      <w:r w:rsidRPr="00CB6A64">
        <w:rPr>
          <w:rFonts w:ascii="Segoe UI Symbol" w:hAnsi="Segoe UI Symbol" w:cs="Segoe UI Symbol"/>
        </w:rPr>
        <w:t>☐</w:t>
      </w:r>
      <w:r w:rsidRPr="00CB6A64">
        <w:rPr>
          <w:rFonts w:ascii="Times New Roman" w:hAnsi="Times New Roman" w:cs="Times New Roman"/>
        </w:rPr>
        <w:t xml:space="preserve"> Bọ cánh cứng </w:t>
      </w:r>
      <w:r w:rsidRPr="00CB6A64">
        <w:rPr>
          <w:rFonts w:ascii="Segoe UI Symbol" w:hAnsi="Segoe UI Symbol" w:cs="Segoe UI Symbol"/>
        </w:rPr>
        <w:t>☐</w:t>
      </w:r>
      <w:r w:rsidRPr="00CB6A64">
        <w:rPr>
          <w:rFonts w:ascii="Times New Roman" w:hAnsi="Times New Roman" w:cs="Times New Roman"/>
        </w:rPr>
        <w:t xml:space="preserve"> Gián </w:t>
      </w:r>
      <w:r w:rsidRPr="00CB6A64">
        <w:rPr>
          <w:rFonts w:ascii="Segoe UI Symbol" w:hAnsi="Segoe UI Symbol" w:cs="Segoe UI Symbol"/>
        </w:rPr>
        <w:t>☐</w:t>
      </w:r>
      <w:r w:rsidRPr="00CB6A64">
        <w:rPr>
          <w:rFonts w:ascii="Times New Roman" w:hAnsi="Times New Roman" w:cs="Times New Roman"/>
        </w:rPr>
        <w:t xml:space="preserve"> Kiến </w:t>
      </w:r>
      <w:r w:rsidRPr="00CB6A64">
        <w:rPr>
          <w:rFonts w:ascii="Segoe UI Symbol" w:hAnsi="Segoe UI Symbol" w:cs="Segoe UI Symbol"/>
        </w:rPr>
        <w:t>☐</w:t>
      </w:r>
      <w:r w:rsidRPr="00CB6A64">
        <w:rPr>
          <w:rFonts w:ascii="Times New Roman" w:hAnsi="Times New Roman" w:cs="Times New Roman"/>
        </w:rPr>
        <w:t xml:space="preserve"> Ve </w:t>
      </w:r>
      <w:r w:rsidRPr="00CB6A64">
        <w:rPr>
          <w:rFonts w:ascii="Segoe UI Symbol" w:hAnsi="Segoe UI Symbol" w:cs="Segoe UI Symbol"/>
        </w:rPr>
        <w:t>☐</w:t>
      </w:r>
      <w:r w:rsidRPr="00CB6A64">
        <w:rPr>
          <w:rFonts w:ascii="Times New Roman" w:hAnsi="Times New Roman" w:cs="Times New Roman"/>
        </w:rPr>
        <w:t xml:space="preserve"> Mạt </w:t>
      </w:r>
      <w:r w:rsidRPr="00CB6A64">
        <w:rPr>
          <w:rFonts w:ascii="Segoe UI Symbol" w:hAnsi="Segoe UI Symbol" w:cs="Segoe UI Symbol"/>
        </w:rPr>
        <w:t>☐</w:t>
      </w:r>
      <w:r w:rsidRPr="00CB6A64">
        <w:rPr>
          <w:rFonts w:ascii="Times New Roman" w:hAnsi="Times New Roman" w:cs="Times New Roman"/>
        </w:rPr>
        <w:t xml:space="preserve"> Khác</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11. Mức độ ruồi hiện nay: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Rất</w:t>
      </w:r>
      <w:proofErr w:type="spellEnd"/>
      <w:r w:rsidRPr="00CB6A64">
        <w:rPr>
          <w:rFonts w:ascii="Times New Roman" w:hAnsi="Times New Roman" w:cs="Times New Roman"/>
        </w:rPr>
        <w:t xml:space="preserve"> </w:t>
      </w:r>
      <w:proofErr w:type="spellStart"/>
      <w:r w:rsidRPr="00CB6A64">
        <w:rPr>
          <w:rFonts w:ascii="Times New Roman" w:hAnsi="Times New Roman" w:cs="Times New Roman"/>
        </w:rPr>
        <w:t>ít</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Trung bình </w:t>
      </w:r>
      <w:r w:rsidRPr="00CB6A64">
        <w:rPr>
          <w:rFonts w:ascii="Segoe UI Symbol" w:hAnsi="Segoe UI Symbol" w:cs="Segoe UI Symbol"/>
        </w:rPr>
        <w:t>☐</w:t>
      </w:r>
      <w:r w:rsidRPr="00CB6A64">
        <w:rPr>
          <w:rFonts w:ascii="Times New Roman" w:hAnsi="Times New Roman" w:cs="Times New Roman"/>
        </w:rPr>
        <w:t xml:space="preserve"> Nhiều </w:t>
      </w:r>
      <w:r w:rsidRPr="00CB6A64">
        <w:rPr>
          <w:rFonts w:ascii="Segoe UI Symbol" w:hAnsi="Segoe UI Symbol" w:cs="Segoe UI Symbol"/>
        </w:rPr>
        <w:t>☐</w:t>
      </w:r>
      <w:r w:rsidRPr="00CB6A64">
        <w:rPr>
          <w:rFonts w:ascii="Times New Roman" w:hAnsi="Times New Roman" w:cs="Times New Roman"/>
        </w:rPr>
        <w:t xml:space="preserve"> Rất nhiều</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12. Khu vực ruồi tập trung nhiều nhất: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Chuồng</w:t>
      </w:r>
      <w:proofErr w:type="spellEnd"/>
      <w:r w:rsidRPr="00CB6A64">
        <w:rPr>
          <w:rFonts w:ascii="Times New Roman" w:hAnsi="Times New Roman" w:cs="Times New Roman"/>
        </w:rPr>
        <w:t xml:space="preserve"> </w:t>
      </w:r>
      <w:proofErr w:type="spellStart"/>
      <w:r w:rsidRPr="00CB6A64">
        <w:rPr>
          <w:rFonts w:ascii="Times New Roman" w:hAnsi="Times New Roman" w:cs="Times New Roman"/>
        </w:rPr>
        <w:t>nuôi</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Khu phân </w:t>
      </w:r>
      <w:r w:rsidRPr="00CB6A64">
        <w:rPr>
          <w:rFonts w:ascii="Segoe UI Symbol" w:hAnsi="Segoe UI Symbol" w:cs="Segoe UI Symbol"/>
        </w:rPr>
        <w:t>☐</w:t>
      </w:r>
      <w:r w:rsidRPr="00CB6A64">
        <w:rPr>
          <w:rFonts w:ascii="Times New Roman" w:hAnsi="Times New Roman" w:cs="Times New Roman"/>
        </w:rPr>
        <w:t xml:space="preserve"> Kho thức ăn </w:t>
      </w:r>
      <w:r w:rsidRPr="00CB6A64">
        <w:rPr>
          <w:rFonts w:ascii="Segoe UI Symbol" w:hAnsi="Segoe UI Symbol" w:cs="Segoe UI Symbol"/>
        </w:rPr>
        <w:t>☐</w:t>
      </w:r>
      <w:r w:rsidRPr="00CB6A64">
        <w:rPr>
          <w:rFonts w:ascii="Times New Roman" w:hAnsi="Times New Roman" w:cs="Times New Roman"/>
        </w:rPr>
        <w:t xml:space="preserve"> Xử lý chất thải </w:t>
      </w:r>
      <w:r w:rsidRPr="00CB6A64">
        <w:rPr>
          <w:rFonts w:ascii="Segoe UI Symbol" w:hAnsi="Segoe UI Symbol" w:cs="Segoe UI Symbol"/>
        </w:rPr>
        <w:t>☐</w:t>
      </w:r>
      <w:r w:rsidRPr="00CB6A64">
        <w:rPr>
          <w:rFonts w:ascii="Times New Roman" w:hAnsi="Times New Roman" w:cs="Times New Roman"/>
        </w:rPr>
        <w:t xml:space="preserve"> Khác</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13. Đã từng sử dụng biện pháp nào?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Phun</w:t>
      </w:r>
      <w:proofErr w:type="spellEnd"/>
      <w:r w:rsidRPr="00CB6A64">
        <w:rPr>
          <w:rFonts w:ascii="Times New Roman" w:hAnsi="Times New Roman" w:cs="Times New Roman"/>
        </w:rPr>
        <w:t xml:space="preserve"> </w:t>
      </w:r>
      <w:proofErr w:type="spellStart"/>
      <w:r w:rsidRPr="00CB6A64">
        <w:rPr>
          <w:rFonts w:ascii="Times New Roman" w:hAnsi="Times New Roman" w:cs="Times New Roman"/>
        </w:rPr>
        <w:t>thuốc</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Bả ruồi </w:t>
      </w:r>
      <w:r w:rsidRPr="00CB6A64">
        <w:rPr>
          <w:rFonts w:ascii="Segoe UI Symbol" w:hAnsi="Segoe UI Symbol" w:cs="Segoe UI Symbol"/>
        </w:rPr>
        <w:t>☐</w:t>
      </w:r>
      <w:r w:rsidRPr="00CB6A64">
        <w:rPr>
          <w:rFonts w:ascii="Times New Roman" w:hAnsi="Times New Roman" w:cs="Times New Roman"/>
        </w:rPr>
        <w:t xml:space="preserve"> Keo dính </w:t>
      </w:r>
      <w:r w:rsidRPr="00CB6A64">
        <w:rPr>
          <w:rFonts w:ascii="Segoe UI Symbol" w:hAnsi="Segoe UI Symbol" w:cs="Segoe UI Symbol"/>
        </w:rPr>
        <w:t>☐</w:t>
      </w:r>
      <w:r w:rsidRPr="00CB6A64">
        <w:rPr>
          <w:rFonts w:ascii="Times New Roman" w:hAnsi="Times New Roman" w:cs="Times New Roman"/>
        </w:rPr>
        <w:t xml:space="preserve"> Bẫy ruồi </w:t>
      </w:r>
      <w:r w:rsidRPr="00CB6A64">
        <w:rPr>
          <w:rFonts w:ascii="Segoe UI Symbol" w:hAnsi="Segoe UI Symbol" w:cs="Segoe UI Symbol"/>
        </w:rPr>
        <w:t>☐</w:t>
      </w:r>
      <w:r w:rsidRPr="00CB6A64">
        <w:rPr>
          <w:rFonts w:ascii="Times New Roman" w:hAnsi="Times New Roman" w:cs="Times New Roman"/>
        </w:rPr>
        <w:t xml:space="preserve"> Thuốc xử lý giòi </w:t>
      </w:r>
      <w:r w:rsidRPr="00CB6A64">
        <w:rPr>
          <w:rFonts w:ascii="Segoe UI Symbol" w:hAnsi="Segoe UI Symbol" w:cs="Segoe UI Symbol"/>
        </w:rPr>
        <w:t>☐</w:t>
      </w:r>
      <w:r w:rsidRPr="00CB6A64">
        <w:rPr>
          <w:rFonts w:ascii="Times New Roman" w:hAnsi="Times New Roman" w:cs="Times New Roman"/>
        </w:rPr>
        <w:t xml:space="preserve"> Chưa</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14. Hiệu quả hiện tại: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lastRenderedPageBreak/>
        <w:t>☐</w:t>
      </w:r>
      <w:r w:rsidRPr="00CB6A64">
        <w:rPr>
          <w:rFonts w:ascii="Times New Roman" w:hAnsi="Times New Roman" w:cs="Times New Roman"/>
        </w:rPr>
        <w:t xml:space="preserve"> </w:t>
      </w:r>
      <w:proofErr w:type="spellStart"/>
      <w:r w:rsidRPr="00CB6A64">
        <w:rPr>
          <w:rFonts w:ascii="Times New Roman" w:hAnsi="Times New Roman" w:cs="Times New Roman"/>
        </w:rPr>
        <w:t>Rất</w:t>
      </w:r>
      <w:proofErr w:type="spellEnd"/>
      <w:r w:rsidRPr="00CB6A64">
        <w:rPr>
          <w:rFonts w:ascii="Times New Roman" w:hAnsi="Times New Roman" w:cs="Times New Roman"/>
        </w:rPr>
        <w:t xml:space="preserve"> </w:t>
      </w:r>
      <w:proofErr w:type="spellStart"/>
      <w:r w:rsidRPr="00CB6A64">
        <w:rPr>
          <w:rFonts w:ascii="Times New Roman" w:hAnsi="Times New Roman" w:cs="Times New Roman"/>
        </w:rPr>
        <w:t>tốt</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Tạm được </w:t>
      </w:r>
      <w:r w:rsidRPr="00CB6A64">
        <w:rPr>
          <w:rFonts w:ascii="Segoe UI Symbol" w:hAnsi="Segoe UI Symbol" w:cs="Segoe UI Symbol"/>
        </w:rPr>
        <w:t>☐</w:t>
      </w:r>
      <w:r w:rsidRPr="00CB6A64">
        <w:rPr>
          <w:rFonts w:ascii="Times New Roman" w:hAnsi="Times New Roman" w:cs="Times New Roman"/>
        </w:rPr>
        <w:t xml:space="preserve"> Hiệu quả thấp </w:t>
      </w:r>
      <w:r w:rsidRPr="00CB6A64">
        <w:rPr>
          <w:rFonts w:ascii="Segoe UI Symbol" w:hAnsi="Segoe UI Symbol" w:cs="Segoe UI Symbol"/>
        </w:rPr>
        <w:t>☐</w:t>
      </w:r>
      <w:r w:rsidRPr="00CB6A64">
        <w:rPr>
          <w:rFonts w:ascii="Times New Roman" w:hAnsi="Times New Roman" w:cs="Times New Roman"/>
        </w:rPr>
        <w:t xml:space="preserve"> Không hiệu quả</w:t>
      </w:r>
    </w:p>
    <w:p w:rsidR="00B07D26" w:rsidRPr="00CB6A64" w:rsidRDefault="00000000" w:rsidP="00CB6A64">
      <w:pPr>
        <w:pStyle w:val="Heading2"/>
        <w:spacing w:line="360" w:lineRule="auto"/>
        <w:jc w:val="both"/>
        <w:rPr>
          <w:rFonts w:ascii="Times New Roman" w:hAnsi="Times New Roman" w:cs="Times New Roman"/>
        </w:rPr>
      </w:pPr>
      <w:r w:rsidRPr="00CB6A64">
        <w:rPr>
          <w:rFonts w:ascii="Times New Roman" w:hAnsi="Times New Roman" w:cs="Times New Roman"/>
        </w:rPr>
        <w:t>PHẦN IV. NHU CẦU HỖ TRỢ</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15. Hình thức hỗ trợ mong muốn: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Gửi</w:t>
      </w:r>
      <w:proofErr w:type="spellEnd"/>
      <w:r w:rsidRPr="00CB6A64">
        <w:rPr>
          <w:rFonts w:ascii="Times New Roman" w:hAnsi="Times New Roman" w:cs="Times New Roman"/>
        </w:rPr>
        <w:t xml:space="preserve"> </w:t>
      </w:r>
      <w:proofErr w:type="spellStart"/>
      <w:r w:rsidRPr="00CB6A64">
        <w:rPr>
          <w:rFonts w:ascii="Times New Roman" w:hAnsi="Times New Roman" w:cs="Times New Roman"/>
        </w:rPr>
        <w:t>sản</w:t>
      </w:r>
      <w:proofErr w:type="spellEnd"/>
      <w:r w:rsidRPr="00CB6A64">
        <w:rPr>
          <w:rFonts w:ascii="Times New Roman" w:hAnsi="Times New Roman" w:cs="Times New Roman"/>
        </w:rPr>
        <w:t xml:space="preserve"> </w:t>
      </w:r>
      <w:proofErr w:type="spellStart"/>
      <w:r w:rsidRPr="00CB6A64">
        <w:rPr>
          <w:rFonts w:ascii="Times New Roman" w:hAnsi="Times New Roman" w:cs="Times New Roman"/>
        </w:rPr>
        <w:t>phẩm</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Tư vấn online </w:t>
      </w:r>
      <w:r w:rsidRPr="00CB6A64">
        <w:rPr>
          <w:rFonts w:ascii="Segoe UI Symbol" w:hAnsi="Segoe UI Symbol" w:cs="Segoe UI Symbol"/>
        </w:rPr>
        <w:t>☐</w:t>
      </w:r>
      <w:r w:rsidRPr="00CB6A64">
        <w:rPr>
          <w:rFonts w:ascii="Times New Roman" w:hAnsi="Times New Roman" w:cs="Times New Roman"/>
        </w:rPr>
        <w:t xml:space="preserve"> Khảo sát trực tiếp </w:t>
      </w:r>
      <w:r w:rsidRPr="00CB6A64">
        <w:rPr>
          <w:rFonts w:ascii="Segoe UI Symbol" w:hAnsi="Segoe UI Symbol" w:cs="Segoe UI Symbol"/>
        </w:rPr>
        <w:t>☐</w:t>
      </w:r>
      <w:r w:rsidRPr="00CB6A64">
        <w:rPr>
          <w:rFonts w:ascii="Times New Roman" w:hAnsi="Times New Roman" w:cs="Times New Roman"/>
        </w:rPr>
        <w:t xml:space="preserve"> Xây dựng chương trình</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16. Muốn trải nghiệm: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Kingvina</w:t>
      </w:r>
      <w:proofErr w:type="spellEnd"/>
      <w:r w:rsidRPr="00CB6A64">
        <w:rPr>
          <w:rFonts w:ascii="Times New Roman" w:hAnsi="Times New Roman" w:cs="Times New Roman"/>
        </w:rPr>
        <w:t xml:space="preserve"> Fly Killer </w:t>
      </w:r>
      <w:r w:rsidRPr="00CB6A64">
        <w:rPr>
          <w:rFonts w:ascii="Segoe UI Symbol" w:hAnsi="Segoe UI Symbol" w:cs="Segoe UI Symbol"/>
        </w:rPr>
        <w:t>☐</w:t>
      </w:r>
      <w:r w:rsidRPr="00CB6A64">
        <w:rPr>
          <w:rFonts w:ascii="Times New Roman" w:hAnsi="Times New Roman" w:cs="Times New Roman"/>
        </w:rPr>
        <w:t xml:space="preserve"> Prime Larvae Killer </w:t>
      </w:r>
      <w:r w:rsidRPr="00CB6A64">
        <w:rPr>
          <w:rFonts w:ascii="Segoe UI Symbol" w:hAnsi="Segoe UI Symbol" w:cs="Segoe UI Symbol"/>
        </w:rPr>
        <w:t>☐</w:t>
      </w:r>
      <w:r w:rsidRPr="00CB6A64">
        <w:rPr>
          <w:rFonts w:ascii="Times New Roman" w:hAnsi="Times New Roman" w:cs="Times New Roman"/>
        </w:rPr>
        <w:t xml:space="preserve"> Bình xịt diệt ruồi </w:t>
      </w:r>
      <w:r w:rsidRPr="00CB6A64">
        <w:rPr>
          <w:rFonts w:ascii="Segoe UI Symbol" w:hAnsi="Segoe UI Symbol" w:cs="Segoe UI Symbol"/>
        </w:rPr>
        <w:t>☐</w:t>
      </w:r>
      <w:r w:rsidRPr="00CB6A64">
        <w:rPr>
          <w:rFonts w:ascii="Times New Roman" w:hAnsi="Times New Roman" w:cs="Times New Roman"/>
        </w:rPr>
        <w:t xml:space="preserve"> Thuốc diệt muỗi </w:t>
      </w:r>
      <w:r w:rsidRPr="00CB6A64">
        <w:rPr>
          <w:rFonts w:ascii="Segoe UI Symbol" w:hAnsi="Segoe UI Symbol" w:cs="Segoe UI Symbol"/>
        </w:rPr>
        <w:t>☐</w:t>
      </w:r>
      <w:r w:rsidRPr="00CB6A64">
        <w:rPr>
          <w:rFonts w:ascii="Times New Roman" w:hAnsi="Times New Roman" w:cs="Times New Roman"/>
        </w:rPr>
        <w:t xml:space="preserve"> Keo dính </w:t>
      </w:r>
      <w:r w:rsidRPr="00CB6A64">
        <w:rPr>
          <w:rFonts w:ascii="Segoe UI Symbol" w:hAnsi="Segoe UI Symbol" w:cs="Segoe UI Symbol"/>
        </w:rPr>
        <w:t>☐</w:t>
      </w:r>
      <w:r w:rsidRPr="00CB6A64">
        <w:rPr>
          <w:rFonts w:ascii="Times New Roman" w:hAnsi="Times New Roman" w:cs="Times New Roman"/>
        </w:rPr>
        <w:t xml:space="preserve"> Để Kingvina tư vấn</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17. Thời điểm mong muốn nhận sản phẩm: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Trong</w:t>
      </w:r>
      <w:proofErr w:type="spellEnd"/>
      <w:r w:rsidRPr="00CB6A64">
        <w:rPr>
          <w:rFonts w:ascii="Times New Roman" w:hAnsi="Times New Roman" w:cs="Times New Roman"/>
        </w:rPr>
        <w:t xml:space="preserve"> </w:t>
      </w:r>
      <w:proofErr w:type="spellStart"/>
      <w:r w:rsidRPr="00CB6A64">
        <w:rPr>
          <w:rFonts w:ascii="Times New Roman" w:hAnsi="Times New Roman" w:cs="Times New Roman"/>
        </w:rPr>
        <w:t>tuần</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Trong tháng </w:t>
      </w:r>
      <w:r w:rsidRPr="00CB6A64">
        <w:rPr>
          <w:rFonts w:ascii="Segoe UI Symbol" w:hAnsi="Segoe UI Symbol" w:cs="Segoe UI Symbol"/>
        </w:rPr>
        <w:t>☐</w:t>
      </w:r>
      <w:r w:rsidRPr="00CB6A64">
        <w:rPr>
          <w:rFonts w:ascii="Times New Roman" w:hAnsi="Times New Roman" w:cs="Times New Roman"/>
        </w:rPr>
        <w:t xml:space="preserve"> Theo lịch Kingvina</w:t>
      </w:r>
    </w:p>
    <w:p w:rsidR="00B07D26" w:rsidRPr="00CB6A64" w:rsidRDefault="00000000" w:rsidP="00CB6A64">
      <w:pPr>
        <w:pStyle w:val="Heading2"/>
        <w:spacing w:line="360" w:lineRule="auto"/>
        <w:jc w:val="both"/>
        <w:rPr>
          <w:rFonts w:ascii="Times New Roman" w:hAnsi="Times New Roman" w:cs="Times New Roman"/>
        </w:rPr>
      </w:pPr>
      <w:r w:rsidRPr="00CB6A64">
        <w:rPr>
          <w:rFonts w:ascii="Times New Roman" w:hAnsi="Times New Roman" w:cs="Times New Roman"/>
        </w:rPr>
        <w:t>PHẦN V. ĐÁNH GIÁ &amp; HỢP TÁC</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18. Đồng ý để Kingvina liên hệ tư vấn? </w:t>
      </w:r>
      <w:r w:rsidRPr="00CB6A64">
        <w:rPr>
          <w:rFonts w:ascii="Segoe UI Symbol" w:hAnsi="Segoe UI Symbol" w:cs="Segoe UI Symbol"/>
        </w:rPr>
        <w:t>☐</w:t>
      </w:r>
      <w:r w:rsidRPr="00CB6A64">
        <w:rPr>
          <w:rFonts w:ascii="Times New Roman" w:hAnsi="Times New Roman" w:cs="Times New Roman"/>
        </w:rPr>
        <w:t xml:space="preserve"> Có </w:t>
      </w:r>
      <w:r w:rsidRPr="00CB6A64">
        <w:rPr>
          <w:rFonts w:ascii="Segoe UI Symbol" w:hAnsi="Segoe UI Symbol" w:cs="Segoe UI Symbol"/>
        </w:rPr>
        <w:t>☐</w:t>
      </w:r>
      <w:r w:rsidRPr="00CB6A64">
        <w:rPr>
          <w:rFonts w:ascii="Times New Roman" w:hAnsi="Times New Roman" w:cs="Times New Roman"/>
        </w:rPr>
        <w:t xml:space="preserve"> Không</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19. Đồng ý chia sẻ kết quả sử dụng (hình ảnh/video)? </w:t>
      </w:r>
      <w:r w:rsidRPr="00CB6A64">
        <w:rPr>
          <w:rFonts w:ascii="Segoe UI Symbol" w:hAnsi="Segoe UI Symbol" w:cs="Segoe UI Symbol"/>
        </w:rPr>
        <w:t>☐</w:t>
      </w:r>
      <w:r w:rsidRPr="00CB6A64">
        <w:rPr>
          <w:rFonts w:ascii="Times New Roman" w:hAnsi="Times New Roman" w:cs="Times New Roman"/>
        </w:rPr>
        <w:t xml:space="preserve"> Có </w:t>
      </w:r>
      <w:r w:rsidRPr="00CB6A64">
        <w:rPr>
          <w:rFonts w:ascii="Segoe UI Symbol" w:hAnsi="Segoe UI Symbol" w:cs="Segoe UI Symbol"/>
        </w:rPr>
        <w:t>☐</w:t>
      </w:r>
      <w:r w:rsidRPr="00CB6A64">
        <w:rPr>
          <w:rFonts w:ascii="Times New Roman" w:hAnsi="Times New Roman" w:cs="Times New Roman"/>
        </w:rPr>
        <w:t xml:space="preserve"> Không</w:t>
      </w:r>
    </w:p>
    <w:p w:rsidR="00B07D26"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20. Ghi chú/Nhu cầu đặc biệt: ____________________________________________</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21. Chi phí kiểm soát côn trùng/tháng: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&lt;2 </w:t>
      </w:r>
      <w:proofErr w:type="spellStart"/>
      <w:r w:rsidRPr="00CB6A64">
        <w:rPr>
          <w:rFonts w:ascii="Times New Roman" w:hAnsi="Times New Roman" w:cs="Times New Roman"/>
        </w:rPr>
        <w:t>triệu</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2–5 triệu </w:t>
      </w:r>
      <w:r w:rsidRPr="00CB6A64">
        <w:rPr>
          <w:rFonts w:ascii="Segoe UI Symbol" w:hAnsi="Segoe UI Symbol" w:cs="Segoe UI Symbol"/>
        </w:rPr>
        <w:t>☐</w:t>
      </w:r>
      <w:r w:rsidRPr="00CB6A64">
        <w:rPr>
          <w:rFonts w:ascii="Times New Roman" w:hAnsi="Times New Roman" w:cs="Times New Roman"/>
        </w:rPr>
        <w:t xml:space="preserve"> 5–10 triệu </w:t>
      </w:r>
      <w:r w:rsidRPr="00CB6A64">
        <w:rPr>
          <w:rFonts w:ascii="Segoe UI Symbol" w:hAnsi="Segoe UI Symbol" w:cs="Segoe UI Symbol"/>
        </w:rPr>
        <w:t>☐</w:t>
      </w:r>
      <w:r w:rsidRPr="00CB6A64">
        <w:rPr>
          <w:rFonts w:ascii="Times New Roman" w:hAnsi="Times New Roman" w:cs="Times New Roman"/>
        </w:rPr>
        <w:t xml:space="preserve"> &gt;10 triệu</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22. Người quyết định mua sản phẩm: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Chủ</w:t>
      </w:r>
      <w:proofErr w:type="spellEnd"/>
      <w:r w:rsidRPr="00CB6A64">
        <w:rPr>
          <w:rFonts w:ascii="Times New Roman" w:hAnsi="Times New Roman" w:cs="Times New Roman"/>
        </w:rPr>
        <w:t xml:space="preserve"> </w:t>
      </w:r>
      <w:proofErr w:type="spellStart"/>
      <w:r w:rsidRPr="00CB6A64">
        <w:rPr>
          <w:rFonts w:ascii="Times New Roman" w:hAnsi="Times New Roman" w:cs="Times New Roman"/>
        </w:rPr>
        <w:t>trại</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Quản lý </w:t>
      </w:r>
      <w:r w:rsidRPr="00CB6A64">
        <w:rPr>
          <w:rFonts w:ascii="Segoe UI Symbol" w:hAnsi="Segoe UI Symbol" w:cs="Segoe UI Symbol"/>
        </w:rPr>
        <w:t>☐</w:t>
      </w:r>
      <w:r w:rsidRPr="00CB6A64">
        <w:rPr>
          <w:rFonts w:ascii="Times New Roman" w:hAnsi="Times New Roman" w:cs="Times New Roman"/>
        </w:rPr>
        <w:t xml:space="preserve"> Kỹ thuật </w:t>
      </w:r>
      <w:r w:rsidRPr="00CB6A64">
        <w:rPr>
          <w:rFonts w:ascii="Segoe UI Symbol" w:hAnsi="Segoe UI Symbol" w:cs="Segoe UI Symbol"/>
        </w:rPr>
        <w:t>☐</w:t>
      </w:r>
      <w:r w:rsidRPr="00CB6A64">
        <w:rPr>
          <w:rFonts w:ascii="Times New Roman" w:hAnsi="Times New Roman" w:cs="Times New Roman"/>
        </w:rPr>
        <w:t xml:space="preserve"> Công ty</w:t>
      </w:r>
    </w:p>
    <w:p w:rsidR="00CB6A64" w:rsidRPr="00CB6A64" w:rsidRDefault="00000000" w:rsidP="00CB6A64">
      <w:pPr>
        <w:pStyle w:val="ListNumber"/>
        <w:spacing w:line="360" w:lineRule="auto"/>
        <w:jc w:val="both"/>
        <w:rPr>
          <w:rFonts w:ascii="Times New Roman" w:hAnsi="Times New Roman" w:cs="Times New Roman"/>
        </w:rPr>
      </w:pPr>
      <w:r w:rsidRPr="00CB6A64">
        <w:rPr>
          <w:rFonts w:ascii="Times New Roman" w:hAnsi="Times New Roman" w:cs="Times New Roman"/>
        </w:rPr>
        <w:t xml:space="preserve">23. Nếu hiệu quả tốt, có nhu cầu hợp tác định kỳ? </w:t>
      </w:r>
    </w:p>
    <w:p w:rsidR="00B07D26" w:rsidRPr="00CB6A64" w:rsidRDefault="00000000" w:rsidP="00CB6A64">
      <w:pPr>
        <w:pStyle w:val="ListNumber"/>
        <w:numPr>
          <w:ilvl w:val="0"/>
          <w:numId w:val="0"/>
        </w:numPr>
        <w:spacing w:line="360" w:lineRule="auto"/>
        <w:ind w:left="360"/>
        <w:jc w:val="both"/>
        <w:rPr>
          <w:rFonts w:ascii="Times New Roman" w:hAnsi="Times New Roman" w:cs="Times New Roman"/>
        </w:rPr>
      </w:pP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Có</w:t>
      </w:r>
      <w:proofErr w:type="spellEnd"/>
      <w:r w:rsidRPr="00CB6A64">
        <w:rPr>
          <w:rFonts w:ascii="Times New Roman" w:hAnsi="Times New Roman" w:cs="Times New Roman"/>
        </w:rPr>
        <w:t xml:space="preserve"> </w:t>
      </w:r>
      <w:r w:rsidRPr="00CB6A64">
        <w:rPr>
          <w:rFonts w:ascii="Segoe UI Symbol" w:hAnsi="Segoe UI Symbol" w:cs="Segoe UI Symbol"/>
        </w:rPr>
        <w:t>☐</w:t>
      </w:r>
      <w:r w:rsidRPr="00CB6A64">
        <w:rPr>
          <w:rFonts w:ascii="Times New Roman" w:hAnsi="Times New Roman" w:cs="Times New Roman"/>
        </w:rPr>
        <w:t xml:space="preserve"> </w:t>
      </w:r>
      <w:proofErr w:type="spellStart"/>
      <w:r w:rsidRPr="00CB6A64">
        <w:rPr>
          <w:rFonts w:ascii="Times New Roman" w:hAnsi="Times New Roman" w:cs="Times New Roman"/>
        </w:rPr>
        <w:t>Cần</w:t>
      </w:r>
      <w:proofErr w:type="spellEnd"/>
      <w:r w:rsidRPr="00CB6A64">
        <w:rPr>
          <w:rFonts w:ascii="Times New Roman" w:hAnsi="Times New Roman" w:cs="Times New Roman"/>
        </w:rPr>
        <w:t xml:space="preserve"> tư vấn thêm </w:t>
      </w:r>
      <w:r w:rsidRPr="00CB6A64">
        <w:rPr>
          <w:rFonts w:ascii="Segoe UI Symbol" w:hAnsi="Segoe UI Symbol" w:cs="Segoe UI Symbol"/>
        </w:rPr>
        <w:t>☐</w:t>
      </w:r>
      <w:r w:rsidRPr="00CB6A64">
        <w:rPr>
          <w:rFonts w:ascii="Times New Roman" w:hAnsi="Times New Roman" w:cs="Times New Roman"/>
        </w:rPr>
        <w:t xml:space="preserve"> Chưa</w:t>
      </w:r>
    </w:p>
    <w:p w:rsidR="00B07D26" w:rsidRPr="00CB6A64" w:rsidRDefault="00000000" w:rsidP="00CB6A64">
      <w:pPr>
        <w:pStyle w:val="Heading2"/>
        <w:spacing w:line="360" w:lineRule="auto"/>
        <w:jc w:val="both"/>
        <w:rPr>
          <w:rFonts w:ascii="Times New Roman" w:hAnsi="Times New Roman" w:cs="Times New Roman"/>
        </w:rPr>
      </w:pPr>
      <w:r w:rsidRPr="00CB6A64">
        <w:rPr>
          <w:rFonts w:ascii="Times New Roman" w:hAnsi="Times New Roman" w:cs="Times New Roman"/>
        </w:rPr>
        <w:t>Cam kết</w:t>
      </w:r>
    </w:p>
    <w:p w:rsidR="00B07D26" w:rsidRPr="00CB6A64" w:rsidRDefault="00000000" w:rsidP="00CB6A64">
      <w:pPr>
        <w:spacing w:line="360" w:lineRule="auto"/>
        <w:jc w:val="both"/>
        <w:rPr>
          <w:rFonts w:ascii="Times New Roman" w:hAnsi="Times New Roman" w:cs="Times New Roman"/>
        </w:rPr>
      </w:pPr>
      <w:r w:rsidRPr="00CB6A64">
        <w:rPr>
          <w:rFonts w:ascii="Times New Roman" w:hAnsi="Times New Roman" w:cs="Times New Roman"/>
        </w:rPr>
        <w:t>Tôi xác nhận các thông tin trên là đúng và đồng ý để Công ty Cổ phần Phân phối Hoàng Nam (Kingvina) sử dụng thông tin nhằm tư vấn kỹ thuật, hỗ trợ chương trình trải nghiệm sản phẩm và chăm sóc khách hàng. Thông tin được bảo mật theo quy định.</w:t>
      </w:r>
    </w:p>
    <w:p w:rsidR="00B07D26" w:rsidRPr="00CB6A64" w:rsidRDefault="00000000" w:rsidP="00CB6A64">
      <w:pPr>
        <w:pStyle w:val="Heading2"/>
        <w:spacing w:line="240" w:lineRule="auto"/>
        <w:jc w:val="both"/>
        <w:rPr>
          <w:rFonts w:ascii="Times New Roman" w:hAnsi="Times New Roman" w:cs="Times New Roman"/>
        </w:rPr>
      </w:pPr>
      <w:r w:rsidRPr="00CB6A64">
        <w:rPr>
          <w:rFonts w:ascii="Times New Roman" w:hAnsi="Times New Roman" w:cs="Times New Roman"/>
        </w:rPr>
        <w:t>Thông tin liên hệ</w:t>
      </w:r>
    </w:p>
    <w:p w:rsidR="00CB6A64" w:rsidRDefault="00000000" w:rsidP="00CB6A64">
      <w:pPr>
        <w:spacing w:after="0" w:line="240" w:lineRule="auto"/>
        <w:jc w:val="both"/>
        <w:rPr>
          <w:rFonts w:ascii="Times New Roman" w:hAnsi="Times New Roman" w:cs="Times New Roman"/>
        </w:rPr>
      </w:pPr>
      <w:r w:rsidRPr="00CB6A64">
        <w:rPr>
          <w:rFonts w:ascii="Times New Roman" w:hAnsi="Times New Roman" w:cs="Times New Roman"/>
        </w:rPr>
        <w:t>Hotline: 0996.85.85.85 – 03333.88885</w:t>
      </w:r>
    </w:p>
    <w:p w:rsidR="00CB6A64" w:rsidRDefault="00000000" w:rsidP="00CB6A64">
      <w:pPr>
        <w:spacing w:after="0" w:line="240" w:lineRule="auto"/>
        <w:jc w:val="both"/>
        <w:rPr>
          <w:rFonts w:ascii="Times New Roman" w:hAnsi="Times New Roman" w:cs="Times New Roman"/>
        </w:rPr>
      </w:pPr>
      <w:r w:rsidRPr="00CB6A64">
        <w:rPr>
          <w:rFonts w:ascii="Times New Roman" w:hAnsi="Times New Roman" w:cs="Times New Roman"/>
        </w:rPr>
        <w:t xml:space="preserve">Website: </w:t>
      </w:r>
      <w:hyperlink r:id="rId6" w:history="1">
        <w:r w:rsidR="00CB6A64" w:rsidRPr="00CB6A64">
          <w:rPr>
            <w:rStyle w:val="Hyperlink"/>
            <w:rFonts w:ascii="Times New Roman" w:hAnsi="Times New Roman" w:cs="Times New Roman"/>
          </w:rPr>
          <w:t>Http</w:t>
        </w:r>
        <w:r w:rsidR="00CB6A64" w:rsidRPr="00CB6A64">
          <w:rPr>
            <w:rStyle w:val="Hyperlink"/>
            <w:rFonts w:ascii="Times New Roman" w:hAnsi="Times New Roman" w:cs="Times New Roman"/>
            <w:lang w:val="vi-VN"/>
          </w:rPr>
          <w:t>://</w:t>
        </w:r>
        <w:r w:rsidR="00CB6A64" w:rsidRPr="00CB6A64">
          <w:rPr>
            <w:rStyle w:val="Hyperlink"/>
            <w:rFonts w:ascii="Times New Roman" w:hAnsi="Times New Roman" w:cs="Times New Roman"/>
          </w:rPr>
          <w:t>Kingvina.vn</w:t>
        </w:r>
      </w:hyperlink>
      <w:r w:rsidR="00CB6A64" w:rsidRPr="00CB6A64">
        <w:rPr>
          <w:rFonts w:ascii="Times New Roman" w:hAnsi="Times New Roman" w:cs="Times New Roman"/>
          <w:lang w:val="vi-VN"/>
        </w:rPr>
        <w:t xml:space="preserve"> </w:t>
      </w:r>
    </w:p>
    <w:p w:rsidR="00B07D26" w:rsidRPr="00CB6A64" w:rsidRDefault="00000000" w:rsidP="00CB6A64">
      <w:pPr>
        <w:spacing w:after="0" w:line="240" w:lineRule="auto"/>
        <w:jc w:val="both"/>
        <w:rPr>
          <w:rFonts w:ascii="Times New Roman" w:hAnsi="Times New Roman" w:cs="Times New Roman"/>
        </w:rPr>
      </w:pPr>
      <w:r w:rsidRPr="00CB6A64">
        <w:rPr>
          <w:rFonts w:ascii="Times New Roman" w:hAnsi="Times New Roman" w:cs="Times New Roman"/>
        </w:rPr>
        <w:t>Email: info@kingvina.vn</w:t>
      </w:r>
    </w:p>
    <w:sectPr w:rsidR="00B07D26" w:rsidRPr="00CB6A6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8578576">
    <w:abstractNumId w:val="8"/>
  </w:num>
  <w:num w:numId="2" w16cid:durableId="1371877883">
    <w:abstractNumId w:val="6"/>
  </w:num>
  <w:num w:numId="3" w16cid:durableId="1497841617">
    <w:abstractNumId w:val="5"/>
  </w:num>
  <w:num w:numId="4" w16cid:durableId="1658653573">
    <w:abstractNumId w:val="4"/>
  </w:num>
  <w:num w:numId="5" w16cid:durableId="2143233913">
    <w:abstractNumId w:val="7"/>
  </w:num>
  <w:num w:numId="6" w16cid:durableId="1056855918">
    <w:abstractNumId w:val="3"/>
  </w:num>
  <w:num w:numId="7" w16cid:durableId="588541174">
    <w:abstractNumId w:val="2"/>
  </w:num>
  <w:num w:numId="8" w16cid:durableId="2107726383">
    <w:abstractNumId w:val="1"/>
  </w:num>
  <w:num w:numId="9" w16cid:durableId="159274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07D26"/>
    <w:rsid w:val="00B47730"/>
    <w:rsid w:val="00CB0664"/>
    <w:rsid w:val="00CB6A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2DCA19"/>
  <w14:defaultImageDpi w14:val="300"/>
  <w15:docId w15:val="{0442EFFA-39FF-0F4D-ADCF-69E8662C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B6A64"/>
    <w:rPr>
      <w:color w:val="0000FF" w:themeColor="hyperlink"/>
      <w:u w:val="single"/>
    </w:rPr>
  </w:style>
  <w:style w:type="character" w:styleId="UnresolvedMention">
    <w:name w:val="Unresolved Mention"/>
    <w:basedOn w:val="DefaultParagraphFont"/>
    <w:uiPriority w:val="99"/>
    <w:semiHidden/>
    <w:unhideWhenUsed/>
    <w:rsid w:val="00CB6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gvina.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2026-07-25T01:53:00Z</dcterms:modified>
  <cp:category/>
</cp:coreProperties>
</file>